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תרבות ופנאי – זמן לעצמנו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טקסטים קצרים בעברית קלה על פנאי ותרבות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לפנאי, טיולים וספריות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קצרה על תחביבים ופעילויות פנאי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כרטיס קורא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לשיר ביחד עם הרבה אנשים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ספרים בהרבה שפות, וגם בעברית 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בכתבה על טיולים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למילה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(ספריה)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(טיול)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(שיטפון)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(לצייר)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לפני טיול בטבע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את מזג האוויר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לוקחים מים, כובע ונעליים טובות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מספרים למישהו לאן הולכים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יוצאים מוקדם בבוקר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לדוגמה: אני אוהב/ת לצייר, אני עושה את זה בסוף השבוע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זמן פנוי אחרי עבודה או לימודים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לקחת ספרים, ללמוד במקום שקט, להשתתף בפעילויות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מים, כובע ונעליים טובות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הקטעים בקול לפני שהתלמידים קוראים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את התלמידים לספר על התחביב שלהם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חלשים אפשר לוותר על משימות עם סימון skip_n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תרבות ופנאי – זמן לעצמנו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על ספריות ציבוריות, טיולים בארץ, שירה בציבור והמילה פנאי. נתרגל הבנת הנקרא וכתיבה קצרה.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הארץ  ·  קורא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צריך כדי לקחת ספר מהספריה?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דרכון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כרטיס 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כרטיס אשראי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זה שירה בציבור?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לשיר לבד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לשיר ביחד עם הרבה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לשמוע רדיו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הספריות בישראל יש רק ספרים בעברית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שביל ישראל עובר מצפון לדרום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לקחת ספר מהספריה, צריך כרטיס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שביל ישראל עובר בכל __________, מצפון לדרום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למילה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לצייר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כובע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שיטפון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מדבר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טיול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תחביב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ספריה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השלבים לפני טיול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יוצאים מוקדם בבוקר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מספרים למישהו לאן הולכים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לוקחים מים, כובע ונעליים טובות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את מזג האוויר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התחביב שלכם? כתבו 2-3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פנאי?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אפשר לעשות בספריה הציבורית?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תרבות ופנאי – זמן לעצמנו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