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– זמן לעצמנו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בעברית קלה על פנאי ותרבות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לפנאי, טיולים וספריות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על תחביבים ופעילויות פנאי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1,000 קילומטר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לשיר ביחד עם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פ-נ-ה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בספריה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ספרים בהרבה שפות,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 על טיולים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יכולים להיות שיטפונות במדבר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בכתבה על פנאי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(שיטפון)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(לצייר)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(לשיר ביחד)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לפני טיול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מספרים למישהו לאן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מוקדם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לטיול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אני אוהב/ת לצייר, אני עושה את זה בסוף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הכוללת: סוג הפעילות, מתי ואיפה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פנוי אחרי עבודה או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לקחת ספרים, ללמוד במקום שקט, להשתתף בפעילויות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מים, כובע ונעליים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שהתלמידים קוראים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לספר על התחביב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לוותר על משימות עם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– זמן לעצמנו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ספריות ציבוריות, טיולים בארץ, שירה בציבור והמילה פנאי. נתרגל הבנת הנקרא וכתיבה קצרה.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ארוך שביל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כדי לקחת ספר מהספריה?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שירה בציבור?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לשיר לבד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ביחד עם הרבה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לשמוע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פנאי?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נ-א-י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פ-א-י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פ-נ-י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יש מקום שקט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הספריות בישראל יש רק ספרים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ישראל עובר מצפון לדרום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אין שום סכנה של שיטפונות במדבר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תחביב הוא דבר שאוהבים לעשות הרבה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לקחת ספר מהספריה, צריך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שביל ישראל עובר בכל __________, מצפון לדרום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אוהבים לשיר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__________ אני קורא ספרים ומטייל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שיטפון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לשיר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לצייר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לפני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מוקדם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מזג האוויר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לטיול בטבע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מים, כובע ונעליים 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למישהו לאן הולכים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התחביב שלכם?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הזמנה קצרה לפעילות פנאי בשכונה שלכם (קונצרט, חוג או טיול)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פנאי?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בספריה הציבורית?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לקחת לטיול בטבע?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תרבות ופנאי – זמן לעצמנו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